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אולפן המיקרו־פודקאסט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המיקרו-פודקאסט ואת כרטיסי הנושא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תסריט קצר: פתיחה, תגלית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כללי הקלטה נכונים ושמירה על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דקה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במכשיר ההקלטה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בכללי האולפן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ההקלטות נשמרות במכשיר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הכרטיס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כרטיס נושא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(מספרים על מילה ועל מקורה)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(מספרים על יישוב ומשמעות שמו)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(שולחים מסר מפרגן לצוות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(המשפט הראשון בהקלטה)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ההקלטה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שלושה משפטים: פתיחה, תגלית וסיום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חפשו פינה שקטה להקלטה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החזיקו את המכשיר במרחק כף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דברו לאט, ברור, ועם חיוך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תגלית,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במכשיר ההקלטה בלבד, לא באינטרנט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שורש עם סיפור עוסק במקור ובמשמעות של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 מקריא את התסריט והשני בודק שיש פתיחה, תגלית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את חשיבות הפרטיות - ההקלטות נשארות במכשיר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לנסות לפחות שני כרטיסי נושא שונים במהלך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מעבדת הבלשים הלשונית, המרחבית והחוסן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אולפן המיקרו־פודקאסט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במעבדת הבלשים אפשר להקליט תובנה קצרה עד דקה אחת, על שורש מילה, על שם יישוב או מסר מפרגן לצוות אחר. בדף הזה נתרגל את העקרונות והמבנה של ההקלטה.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מכשיר  ·  תגלית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אפשר להקליט לכל היותר באולפן?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עשר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 נשמרות ההקלטות של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באינטרנט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אצל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במכשיר ההקלטה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להקליט עד דקה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ההקלטות עולות לאינטרנט כדי שכולם יוכלו לשמוע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בכרטיס השם שמאחורי המקום מספרים על יישוב ומה מסתתר בשמו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ההקלטה כותבים שלושה משפטים: פתיחה, __________,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ההקלטות נשמרות ב__________ בלבד ולא עולות לאינטרנט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כרטיס נושא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שורש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מספרים על יישוב ומשמעות שמו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השם שמאחורי המקום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המשפט הראשון בהקלטה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פרגון קולי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מספרים על מילה ועל מקורה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שולחים מסר מפרגן לצוות 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ההקלטה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חפשו פינה שקטה להקלטה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החזיקו את המכשיר במרחק כף 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דברו לאט, ברור, ועם חיוך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שלושה משפטים: פתיחה, תגלית וסיום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חלקי התסריט שכותבים לפני ההקלטה?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היכן נשמרות הקלטות הכיתה?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אולפן המיקרו־פודקאסט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