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אולפן המיקרו־פודקאסט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המיקרו-פודקאסט ואת כרטיסי הנושא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תסריט קצר: פתיחה, תגלית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כללי הקלטה נכונים ושמירה על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דקה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במכשיר ההקלטה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 משפטים: פתיחה, תגלית וסיום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ממכונת הזמן או ממכונת השורשים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בכללי האולפן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ההקלטות נשמרות במכשיר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שולחים מסר מפרגן, לא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מומלץ לחפש פינה 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פתיחה, תגלית וסיום הם שלושת החלקים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כרטיס נושא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(מספרים על מילה ועל מקורה)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(מספרים על יישוב ומשמעות שמו)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(שולחים מסר מפרגן לצוות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(המשפט הראשון בהקלטה)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(מה שגילו או למדו)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ההקלטה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שלושה משפטים: פתיחה, תגלית וסיום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חפשו פינה שקטה להקלטה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החזיקו את המכשיר במרחק כף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דברו לאט, ברור, ועם 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לחצו על כפתור ההתחלה והקליטו עד דקה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כתב שלושה משפטים ברורים המתאימים לכרטיס שבחר, עם פתיחה מעניינת, תגלית אמיתית וסיום מסכם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תגלית,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במכשיר ההקלטה בלבד, לא באינטרנט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שורש עם סיפור עוסק במקור ובמשמעות של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אחד מקריא את התסריט והשני בודק שיש פתיחה, תגלית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את חשיבות הפרטיות - ההקלטות נשארות במכשיר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לנסות לפחות שני כרטיסי נושא שונים במהלך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אולפן המיקרו־פודקאסט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במעבדת הבלשים אפשר להקליט תובנה קצרה עד דקה אחת, על שורש מילה, על שם יישוב או מסר מפרגן לצוות אחר. בדף הזה נתרגל את העקרונות והמבנה של ההקלטה.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אפשר להקליט לכל היותר באולפן?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נשמרות ההקלטות של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אצל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במכשיר ההקלטה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לפני שמקליטים?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 משפטים: פתיחה, תגלית וסיום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מאיפה בוחרים מילה לכרטיס שורש עם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ממילון חיצוני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ממכונת הזמן או ממכונת השורשים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שירה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להקליט עד דקה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ההקלטות עולות לאינטרנט כדי שכולם יוכלו לשמוע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השם שמאחורי המקום מספרים על יישוב ומה מסתתר בשמו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פרגון קולי שולחים ביקורת לצוות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להקליט במקום רועש כדי שהקול יישמע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הסיום הוא חלק משלושת המשפטים שכותבים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ההקלטה כותבים שלושה משפטים: פתיחה, __________,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ההקלטות נשמרות ב__________ בלבד ולא עולות לאינטרנט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בכרטיס __________ עם סיפור בוחרים מילה וממכונת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שהקול יישמע ברור וטוב, מומלץ לדבר __________ וברור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כרטיס נושא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 עם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שגילו או למדו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השם שמאחורי המקום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המשפט הראשון בהקלטה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פרגון קולי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מספרים על יישוב ומשמעות שמו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שולחים מסר מפרגן לצוות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תגלית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מספרים על מילה ועל מקורה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ההקלטה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דברו לאט, ברור, ועם חיוך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החזיקו את המכשיר במרחק כף 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על כפתור ההתחלה והקליטו עד דקה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פינה שקטה להקלטה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שלושה משפטים: פתיחה, תגלית וסיום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כרטיס נושא אחד (שורש עם סיפור, השם שמאחורי המקום, או פרגון קולי) וכתבו תסריט קצר בן שלושה משפטים: פתיחה, תגלית וסיום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התסריט שכותבים לפני ההקלטה?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היכן נשמרות הקלטות הכיתה?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לכרטיס נושא אחד ולמה הוא עוסק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אולפן המיקרו־פודקאסט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